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E7A2" w14:textId="77777777" w:rsidR="002207F1" w:rsidRPr="00321617" w:rsidRDefault="00D640E2" w:rsidP="00E30E06">
      <w:pPr>
        <w:spacing w:after="0" w:line="240" w:lineRule="auto"/>
        <w:jc w:val="center"/>
        <w:rPr>
          <w:b/>
          <w:bCs/>
          <w:sz w:val="26"/>
          <w:szCs w:val="24"/>
        </w:rPr>
      </w:pPr>
      <w:r w:rsidRPr="00321617">
        <w:rPr>
          <w:b/>
          <w:bCs/>
          <w:sz w:val="26"/>
          <w:szCs w:val="24"/>
        </w:rPr>
        <w:t>CỘNG HÒA XÃ HỘI CHỦ NGHĨA VIỆT NAM</w:t>
      </w:r>
    </w:p>
    <w:p w14:paraId="7FE80E29" w14:textId="77777777" w:rsidR="002207F1" w:rsidRPr="00321617" w:rsidRDefault="00D640E2" w:rsidP="00E30E06">
      <w:pPr>
        <w:spacing w:after="0" w:line="240" w:lineRule="auto"/>
        <w:jc w:val="center"/>
        <w:rPr>
          <w:b/>
          <w:bCs/>
          <w:sz w:val="26"/>
          <w:szCs w:val="24"/>
        </w:rPr>
      </w:pPr>
      <w:r w:rsidRPr="00321617">
        <w:rPr>
          <w:b/>
          <w:bCs/>
          <w:sz w:val="26"/>
          <w:szCs w:val="24"/>
        </w:rPr>
        <w:t>Độc lập - Tự do - Hạnh phúc</w:t>
      </w:r>
    </w:p>
    <w:p w14:paraId="047432B5" w14:textId="77777777" w:rsidR="002207F1" w:rsidRPr="0035677A" w:rsidRDefault="00D640E2" w:rsidP="00E30E06">
      <w:pPr>
        <w:spacing w:after="0" w:line="240" w:lineRule="auto"/>
        <w:jc w:val="center"/>
        <w:rPr>
          <w:sz w:val="26"/>
          <w:szCs w:val="24"/>
        </w:rPr>
      </w:pPr>
      <w:r w:rsidRPr="0035677A">
        <w:rPr>
          <w:sz w:val="26"/>
          <w:szCs w:val="24"/>
        </w:rPr>
        <w:t>--------------------</w:t>
      </w:r>
    </w:p>
    <w:p w14:paraId="6FCF8D1C" w14:textId="77777777" w:rsidR="00D640E2" w:rsidRDefault="00D640E2" w:rsidP="00E30E06">
      <w:pPr>
        <w:spacing w:after="0" w:line="240" w:lineRule="auto"/>
        <w:jc w:val="center"/>
        <w:rPr>
          <w:b/>
          <w:bCs/>
          <w:sz w:val="30"/>
          <w:szCs w:val="30"/>
        </w:rPr>
      </w:pPr>
    </w:p>
    <w:p w14:paraId="78CA0E4F" w14:textId="5DD92E3C" w:rsidR="002207F1" w:rsidRPr="00E30E06" w:rsidRDefault="00D640E2" w:rsidP="00E30E06">
      <w:pPr>
        <w:spacing w:after="0" w:line="240" w:lineRule="auto"/>
        <w:jc w:val="center"/>
        <w:rPr>
          <w:b/>
          <w:bCs/>
          <w:sz w:val="30"/>
          <w:szCs w:val="30"/>
        </w:rPr>
      </w:pPr>
      <w:r w:rsidRPr="00E30E06">
        <w:rPr>
          <w:b/>
          <w:bCs/>
          <w:sz w:val="30"/>
          <w:szCs w:val="30"/>
        </w:rPr>
        <w:t>BẢN CAM KẾT</w:t>
      </w:r>
    </w:p>
    <w:p w14:paraId="7A93F49E" w14:textId="77777777" w:rsidR="002207F1" w:rsidRPr="0035677A" w:rsidRDefault="00D640E2" w:rsidP="00E30E06">
      <w:pPr>
        <w:spacing w:after="0" w:line="240" w:lineRule="auto"/>
        <w:jc w:val="center"/>
        <w:rPr>
          <w:b/>
          <w:bCs/>
          <w:sz w:val="26"/>
          <w:szCs w:val="24"/>
        </w:rPr>
      </w:pPr>
      <w:r w:rsidRPr="0035677A">
        <w:rPr>
          <w:b/>
          <w:bCs/>
          <w:sz w:val="26"/>
          <w:szCs w:val="24"/>
        </w:rPr>
        <w:t>(V/v: Sinh viên tự liên hệ đơn vị thực tập tốt nghiệp)</w:t>
      </w:r>
    </w:p>
    <w:p w14:paraId="31D2A1CC" w14:textId="77777777" w:rsidR="00E30E06" w:rsidRDefault="00E30E06" w:rsidP="00321617">
      <w:pPr>
        <w:jc w:val="both"/>
        <w:rPr>
          <w:sz w:val="26"/>
          <w:szCs w:val="24"/>
        </w:rPr>
      </w:pPr>
    </w:p>
    <w:p w14:paraId="204406B2" w14:textId="339D3A4E" w:rsidR="0035677A" w:rsidRPr="00E30E06" w:rsidRDefault="00D640E2" w:rsidP="00321617">
      <w:pPr>
        <w:jc w:val="both"/>
        <w:rPr>
          <w:b/>
          <w:bCs/>
          <w:i/>
          <w:iCs/>
          <w:sz w:val="26"/>
          <w:szCs w:val="24"/>
          <w:u w:val="single"/>
        </w:rPr>
      </w:pPr>
      <w:r w:rsidRPr="00E30E06">
        <w:rPr>
          <w:b/>
          <w:bCs/>
          <w:i/>
          <w:iCs/>
          <w:sz w:val="26"/>
          <w:szCs w:val="24"/>
          <w:u w:val="single"/>
        </w:rPr>
        <w:t>Kính gửi:</w:t>
      </w:r>
    </w:p>
    <w:p w14:paraId="191C3E6C" w14:textId="0AA4F4C4" w:rsidR="002207F1" w:rsidRPr="0035677A" w:rsidRDefault="00E30E06" w:rsidP="00E30E06">
      <w:pPr>
        <w:spacing w:after="0" w:line="360" w:lineRule="auto"/>
        <w:ind w:firstLine="720"/>
        <w:jc w:val="both"/>
        <w:rPr>
          <w:sz w:val="26"/>
          <w:szCs w:val="24"/>
        </w:rPr>
      </w:pPr>
      <w:r>
        <w:rPr>
          <w:sz w:val="26"/>
          <w:szCs w:val="24"/>
        </w:rPr>
        <w:t xml:space="preserve">           </w:t>
      </w:r>
      <w:r w:rsidR="0035677A">
        <w:rPr>
          <w:sz w:val="26"/>
          <w:szCs w:val="24"/>
        </w:rPr>
        <w:t>-</w:t>
      </w:r>
      <w:r w:rsidR="0035677A" w:rsidRPr="0035677A">
        <w:rPr>
          <w:sz w:val="26"/>
          <w:szCs w:val="24"/>
        </w:rPr>
        <w:t xml:space="preserve"> Ban Giám hiệu Trường </w:t>
      </w:r>
      <w:r w:rsidR="0035677A">
        <w:rPr>
          <w:sz w:val="26"/>
          <w:szCs w:val="24"/>
        </w:rPr>
        <w:t>Cao đẳng Công thương TP. Hồ Chí Minh</w:t>
      </w:r>
      <w:r>
        <w:rPr>
          <w:sz w:val="26"/>
          <w:szCs w:val="24"/>
        </w:rPr>
        <w:t>;</w:t>
      </w:r>
    </w:p>
    <w:p w14:paraId="6B9373CC" w14:textId="0E08EC12" w:rsidR="002207F1" w:rsidRDefault="00E30E06" w:rsidP="00E30E06">
      <w:pPr>
        <w:spacing w:after="0" w:line="360" w:lineRule="auto"/>
        <w:ind w:firstLine="720"/>
        <w:jc w:val="both"/>
        <w:rPr>
          <w:sz w:val="26"/>
          <w:szCs w:val="24"/>
        </w:rPr>
      </w:pPr>
      <w:r>
        <w:rPr>
          <w:sz w:val="26"/>
          <w:szCs w:val="24"/>
        </w:rPr>
        <w:t xml:space="preserve">           </w:t>
      </w:r>
      <w:r w:rsidR="0035677A">
        <w:rPr>
          <w:sz w:val="26"/>
          <w:szCs w:val="24"/>
        </w:rPr>
        <w:t>-</w:t>
      </w:r>
      <w:r w:rsidR="0035677A" w:rsidRPr="0035677A">
        <w:rPr>
          <w:sz w:val="26"/>
          <w:szCs w:val="24"/>
        </w:rPr>
        <w:t xml:space="preserve"> </w:t>
      </w:r>
      <w:r w:rsidR="0035677A">
        <w:rPr>
          <w:sz w:val="26"/>
          <w:szCs w:val="24"/>
        </w:rPr>
        <w:t>Ban lãnh đạo</w:t>
      </w:r>
      <w:r w:rsidR="0035677A" w:rsidRPr="0035677A">
        <w:rPr>
          <w:sz w:val="26"/>
          <w:szCs w:val="24"/>
        </w:rPr>
        <w:t xml:space="preserve"> Khoa</w:t>
      </w:r>
      <w:r w:rsidR="0035677A">
        <w:rPr>
          <w:sz w:val="26"/>
          <w:szCs w:val="24"/>
        </w:rPr>
        <w:t xml:space="preserve"> Cơ khí</w:t>
      </w:r>
      <w:r w:rsidR="0035677A" w:rsidRPr="0035677A">
        <w:rPr>
          <w:sz w:val="26"/>
          <w:szCs w:val="24"/>
        </w:rPr>
        <w:t>.</w:t>
      </w:r>
    </w:p>
    <w:p w14:paraId="0F5F59BE" w14:textId="77777777" w:rsidR="002207F1" w:rsidRPr="0035677A" w:rsidRDefault="00D640E2" w:rsidP="00321617">
      <w:pPr>
        <w:jc w:val="both"/>
        <w:rPr>
          <w:sz w:val="26"/>
          <w:szCs w:val="24"/>
        </w:rPr>
      </w:pPr>
      <w:r w:rsidRPr="0035677A">
        <w:rPr>
          <w:sz w:val="26"/>
          <w:szCs w:val="24"/>
        </w:rPr>
        <w:t>Tôi tên là: .................................................................</w:t>
      </w:r>
    </w:p>
    <w:p w14:paraId="580294E8" w14:textId="77777777" w:rsidR="002207F1" w:rsidRPr="0035677A" w:rsidRDefault="00D640E2" w:rsidP="00321617">
      <w:pPr>
        <w:jc w:val="both"/>
        <w:rPr>
          <w:sz w:val="26"/>
          <w:szCs w:val="24"/>
        </w:rPr>
      </w:pPr>
      <w:r w:rsidRPr="0035677A">
        <w:rPr>
          <w:sz w:val="26"/>
          <w:szCs w:val="24"/>
        </w:rPr>
        <w:t>MSSV: ............................................ Lớp: .........................</w:t>
      </w:r>
    </w:p>
    <w:p w14:paraId="76175BAC" w14:textId="77777777" w:rsidR="002207F1" w:rsidRPr="0035677A" w:rsidRDefault="00D640E2" w:rsidP="00321617">
      <w:pPr>
        <w:jc w:val="both"/>
        <w:rPr>
          <w:sz w:val="26"/>
          <w:szCs w:val="24"/>
        </w:rPr>
      </w:pPr>
      <w:r w:rsidRPr="0035677A">
        <w:rPr>
          <w:sz w:val="26"/>
          <w:szCs w:val="24"/>
        </w:rPr>
        <w:t>Ngành học: ....................................................................</w:t>
      </w:r>
    </w:p>
    <w:p w14:paraId="7924DC0D" w14:textId="77777777" w:rsidR="002207F1" w:rsidRPr="0035677A" w:rsidRDefault="00D640E2" w:rsidP="00321617">
      <w:pPr>
        <w:jc w:val="both"/>
        <w:rPr>
          <w:sz w:val="26"/>
          <w:szCs w:val="24"/>
        </w:rPr>
      </w:pPr>
      <w:r w:rsidRPr="0035677A">
        <w:rPr>
          <w:sz w:val="26"/>
          <w:szCs w:val="24"/>
        </w:rPr>
        <w:t>Số điện thoại liên hệ: ...........................................................</w:t>
      </w:r>
    </w:p>
    <w:p w14:paraId="161AE79F" w14:textId="77777777" w:rsidR="002207F1" w:rsidRPr="0035677A" w:rsidRDefault="00D640E2" w:rsidP="00321617">
      <w:pPr>
        <w:jc w:val="both"/>
        <w:rPr>
          <w:sz w:val="26"/>
          <w:szCs w:val="24"/>
        </w:rPr>
      </w:pPr>
      <w:r w:rsidRPr="0035677A">
        <w:rPr>
          <w:sz w:val="26"/>
          <w:szCs w:val="24"/>
        </w:rPr>
        <w:t>Email: ......................................................................</w:t>
      </w:r>
    </w:p>
    <w:p w14:paraId="73406924" w14:textId="5E186D19" w:rsidR="002207F1" w:rsidRPr="0035677A" w:rsidRDefault="00D640E2" w:rsidP="00321617">
      <w:pPr>
        <w:jc w:val="both"/>
        <w:rPr>
          <w:sz w:val="26"/>
          <w:szCs w:val="24"/>
        </w:rPr>
      </w:pPr>
      <w:r w:rsidRPr="0035677A">
        <w:rPr>
          <w:sz w:val="26"/>
          <w:szCs w:val="24"/>
        </w:rPr>
        <w:t xml:space="preserve">Hiện tôi đang là sinh viên năm cuối của Trường </w:t>
      </w:r>
      <w:r w:rsidR="0035677A">
        <w:rPr>
          <w:sz w:val="26"/>
          <w:szCs w:val="24"/>
        </w:rPr>
        <w:t>Cao đẳng Công thương TP. Hồ Chí Minh</w:t>
      </w:r>
      <w:r w:rsidRPr="0035677A">
        <w:rPr>
          <w:sz w:val="26"/>
          <w:szCs w:val="24"/>
        </w:rPr>
        <w:t xml:space="preserve"> và chuẩn bị thực hiện đợt thực tập tốt nghiệp theo kế hoạch của nhà trường.</w:t>
      </w:r>
      <w:r w:rsidR="00AA1C88">
        <w:rPr>
          <w:sz w:val="26"/>
          <w:szCs w:val="24"/>
        </w:rPr>
        <w:t xml:space="preserve"> Thời gian thực tập từ ngày ………</w:t>
      </w:r>
      <w:proofErr w:type="gramStart"/>
      <w:r w:rsidR="00AA1C88">
        <w:rPr>
          <w:sz w:val="26"/>
          <w:szCs w:val="24"/>
        </w:rPr>
        <w:t>…..</w:t>
      </w:r>
      <w:proofErr w:type="gramEnd"/>
      <w:r w:rsidR="00AA1C88">
        <w:rPr>
          <w:sz w:val="26"/>
          <w:szCs w:val="24"/>
        </w:rPr>
        <w:t xml:space="preserve"> đến ngày ………………….</w:t>
      </w:r>
    </w:p>
    <w:p w14:paraId="0C439045" w14:textId="77777777" w:rsidR="002207F1" w:rsidRPr="0035677A" w:rsidRDefault="00D640E2" w:rsidP="00321617">
      <w:pPr>
        <w:jc w:val="both"/>
        <w:rPr>
          <w:sz w:val="26"/>
          <w:szCs w:val="24"/>
        </w:rPr>
      </w:pPr>
      <w:r w:rsidRPr="0035677A">
        <w:rPr>
          <w:sz w:val="26"/>
          <w:szCs w:val="24"/>
        </w:rPr>
        <w:t>Tôi xin cam kết:</w:t>
      </w:r>
    </w:p>
    <w:p w14:paraId="61EB0548" w14:textId="54A4EB8A" w:rsidR="002207F1" w:rsidRPr="0035677A" w:rsidRDefault="00D640E2" w:rsidP="00321617">
      <w:pPr>
        <w:jc w:val="both"/>
        <w:rPr>
          <w:sz w:val="26"/>
          <w:szCs w:val="24"/>
        </w:rPr>
      </w:pPr>
      <w:r w:rsidRPr="0035677A">
        <w:rPr>
          <w:sz w:val="26"/>
          <w:szCs w:val="24"/>
        </w:rPr>
        <w:t>1. Chủ động liên hệ và được chấp thuận thực tập tại công ty</w:t>
      </w:r>
      <w:r w:rsidR="00321617">
        <w:rPr>
          <w:sz w:val="26"/>
          <w:szCs w:val="24"/>
        </w:rPr>
        <w:t xml:space="preserve"> </w:t>
      </w:r>
      <w:r w:rsidRPr="0035677A">
        <w:rPr>
          <w:sz w:val="26"/>
          <w:szCs w:val="24"/>
        </w:rPr>
        <w:t>...................................</w:t>
      </w:r>
    </w:p>
    <w:p w14:paraId="10369452" w14:textId="3DAD8D97" w:rsidR="002207F1" w:rsidRPr="0035677A" w:rsidRDefault="00D640E2" w:rsidP="00321617">
      <w:pPr>
        <w:jc w:val="both"/>
        <w:rPr>
          <w:sz w:val="26"/>
          <w:szCs w:val="24"/>
        </w:rPr>
      </w:pPr>
      <w:r w:rsidRPr="0035677A">
        <w:rPr>
          <w:sz w:val="26"/>
          <w:szCs w:val="24"/>
        </w:rPr>
        <w:t xml:space="preserve">   Địa chỉ: .....................................................................................................</w:t>
      </w:r>
      <w:r w:rsidR="00321617">
        <w:rPr>
          <w:sz w:val="26"/>
          <w:szCs w:val="24"/>
        </w:rPr>
        <w:t>..............</w:t>
      </w:r>
    </w:p>
    <w:p w14:paraId="18E4B641" w14:textId="6B5244CE" w:rsidR="002207F1" w:rsidRPr="0035677A" w:rsidRDefault="00D640E2" w:rsidP="00321617">
      <w:pPr>
        <w:jc w:val="both"/>
        <w:rPr>
          <w:sz w:val="26"/>
          <w:szCs w:val="24"/>
        </w:rPr>
      </w:pPr>
      <w:r w:rsidRPr="0035677A">
        <w:rPr>
          <w:sz w:val="26"/>
          <w:szCs w:val="24"/>
        </w:rPr>
        <w:t xml:space="preserve">   Người phụ trách thực tập: ........................................ Chức vụ: ..................</w:t>
      </w:r>
      <w:r w:rsidR="00321617">
        <w:rPr>
          <w:sz w:val="26"/>
          <w:szCs w:val="24"/>
        </w:rPr>
        <w:t>............</w:t>
      </w:r>
    </w:p>
    <w:p w14:paraId="19309263" w14:textId="0B8E17A4" w:rsidR="002207F1" w:rsidRPr="0035677A" w:rsidRDefault="00D640E2" w:rsidP="00321617">
      <w:pPr>
        <w:jc w:val="both"/>
        <w:rPr>
          <w:sz w:val="26"/>
          <w:szCs w:val="24"/>
        </w:rPr>
      </w:pPr>
      <w:r w:rsidRPr="0035677A">
        <w:rPr>
          <w:sz w:val="26"/>
          <w:szCs w:val="24"/>
        </w:rPr>
        <w:t xml:space="preserve">   Số điện thoại/Email: ...............................................................................</w:t>
      </w:r>
      <w:r w:rsidR="00321617">
        <w:rPr>
          <w:sz w:val="26"/>
          <w:szCs w:val="24"/>
        </w:rPr>
        <w:t>...............</w:t>
      </w:r>
    </w:p>
    <w:p w14:paraId="58FCC80B" w14:textId="72C220EB" w:rsidR="002207F1" w:rsidRPr="0035677A" w:rsidRDefault="00D640E2" w:rsidP="00321617">
      <w:pPr>
        <w:jc w:val="both"/>
        <w:rPr>
          <w:sz w:val="26"/>
          <w:szCs w:val="24"/>
        </w:rPr>
      </w:pPr>
      <w:r w:rsidRPr="0035677A">
        <w:rPr>
          <w:sz w:val="26"/>
          <w:szCs w:val="24"/>
        </w:rPr>
        <w:t>2. Chịu hoàn toàn trách nhiệm về tính xác thực của thông tin cung cấp và cam kết rằng công ty tiếp nhận thực tập là đơn vị hoạt động hợp pháp, có đủ điều kiện để sinh viên thực tập</w:t>
      </w:r>
      <w:r w:rsidR="00321617">
        <w:rPr>
          <w:sz w:val="26"/>
          <w:szCs w:val="24"/>
        </w:rPr>
        <w:t xml:space="preserve"> phù hợp với chuyên ngành đang theo học tại Trường</w:t>
      </w:r>
      <w:r w:rsidRPr="0035677A">
        <w:rPr>
          <w:sz w:val="26"/>
          <w:szCs w:val="24"/>
        </w:rPr>
        <w:t>.</w:t>
      </w:r>
    </w:p>
    <w:p w14:paraId="74934594" w14:textId="3DA25735" w:rsidR="002207F1" w:rsidRPr="0035677A" w:rsidRDefault="00D640E2" w:rsidP="00321617">
      <w:pPr>
        <w:jc w:val="both"/>
        <w:rPr>
          <w:sz w:val="26"/>
          <w:szCs w:val="24"/>
        </w:rPr>
      </w:pPr>
      <w:r w:rsidRPr="0035677A">
        <w:rPr>
          <w:sz w:val="26"/>
          <w:szCs w:val="24"/>
        </w:rPr>
        <w:t xml:space="preserve">3. Tuân thủ đầy đủ các quy định, yêu cầu của </w:t>
      </w:r>
      <w:r w:rsidR="00440B2A">
        <w:rPr>
          <w:sz w:val="26"/>
          <w:szCs w:val="24"/>
        </w:rPr>
        <w:t>N</w:t>
      </w:r>
      <w:r w:rsidRPr="0035677A">
        <w:rPr>
          <w:sz w:val="26"/>
          <w:szCs w:val="24"/>
        </w:rPr>
        <w:t>hà trường và công ty thực tập trong suốt quá trình thực tập.</w:t>
      </w:r>
    </w:p>
    <w:p w14:paraId="6BA40890" w14:textId="5FB456B0" w:rsidR="002207F1" w:rsidRPr="0035677A" w:rsidRDefault="00D640E2" w:rsidP="00321617">
      <w:pPr>
        <w:jc w:val="both"/>
        <w:rPr>
          <w:sz w:val="26"/>
          <w:szCs w:val="24"/>
        </w:rPr>
      </w:pPr>
      <w:r w:rsidRPr="0035677A">
        <w:rPr>
          <w:sz w:val="26"/>
          <w:szCs w:val="24"/>
        </w:rPr>
        <w:t xml:space="preserve">4. Trường hợp có sự cố xảy ra trong quá trình thực tập (tai nạn, nghỉ ngang, không đủ thời lượng...), tôi xin chịu hoàn toàn trách nhiệm và chấp nhận mọi hình thức xử lý từ phía </w:t>
      </w:r>
      <w:r w:rsidR="00440B2A">
        <w:rPr>
          <w:sz w:val="26"/>
          <w:szCs w:val="24"/>
        </w:rPr>
        <w:t>N</w:t>
      </w:r>
      <w:r w:rsidRPr="0035677A">
        <w:rPr>
          <w:sz w:val="26"/>
          <w:szCs w:val="24"/>
        </w:rPr>
        <w:t>hà trường.</w:t>
      </w:r>
    </w:p>
    <w:p w14:paraId="2CF355F1" w14:textId="77777777" w:rsidR="002207F1" w:rsidRPr="0035677A" w:rsidRDefault="00D640E2" w:rsidP="00321617">
      <w:pPr>
        <w:jc w:val="both"/>
        <w:rPr>
          <w:sz w:val="26"/>
          <w:szCs w:val="24"/>
        </w:rPr>
      </w:pPr>
      <w:r w:rsidRPr="0035677A">
        <w:rPr>
          <w:sz w:val="26"/>
          <w:szCs w:val="24"/>
        </w:rPr>
        <w:lastRenderedPageBreak/>
        <w:t>Tôi cam đoan những thông tin đã cung cấp là đúng sự thật và hoàn toàn chịu trách nhiệm với bản cam kết này.</w:t>
      </w:r>
    </w:p>
    <w:p w14:paraId="0E34CFED" w14:textId="77777777" w:rsidR="002207F1" w:rsidRPr="0035677A" w:rsidRDefault="002207F1" w:rsidP="00321617">
      <w:pPr>
        <w:jc w:val="both"/>
        <w:rPr>
          <w:sz w:val="26"/>
          <w:szCs w:val="24"/>
        </w:rPr>
      </w:pPr>
    </w:p>
    <w:p w14:paraId="1B19749E" w14:textId="480D4324" w:rsidR="002207F1" w:rsidRDefault="00321617" w:rsidP="00321617">
      <w:pPr>
        <w:tabs>
          <w:tab w:val="center" w:pos="5760"/>
        </w:tabs>
        <w:jc w:val="both"/>
        <w:rPr>
          <w:sz w:val="26"/>
          <w:szCs w:val="24"/>
        </w:rPr>
      </w:pPr>
      <w:r>
        <w:rPr>
          <w:sz w:val="26"/>
          <w:szCs w:val="24"/>
        </w:rPr>
        <w:tab/>
        <w:t>T</w:t>
      </w:r>
      <w:r w:rsidR="00E30E06">
        <w:rPr>
          <w:sz w:val="26"/>
          <w:szCs w:val="24"/>
        </w:rPr>
        <w:t>p</w:t>
      </w:r>
      <w:r>
        <w:rPr>
          <w:sz w:val="26"/>
          <w:szCs w:val="24"/>
        </w:rPr>
        <w:t>. Hồ Chí Minh</w:t>
      </w:r>
      <w:r w:rsidRPr="0035677A">
        <w:rPr>
          <w:sz w:val="26"/>
          <w:szCs w:val="24"/>
        </w:rPr>
        <w:t xml:space="preserve">, ngày …… tháng </w:t>
      </w:r>
      <w:r w:rsidR="00F45C91">
        <w:rPr>
          <w:sz w:val="26"/>
          <w:szCs w:val="24"/>
        </w:rPr>
        <w:t>…………</w:t>
      </w:r>
      <w:r w:rsidRPr="0035677A">
        <w:rPr>
          <w:sz w:val="26"/>
          <w:szCs w:val="24"/>
        </w:rPr>
        <w:t xml:space="preserve"> năm 20</w:t>
      </w:r>
      <w:r w:rsidR="00F45C91">
        <w:rPr>
          <w:sz w:val="26"/>
          <w:szCs w:val="24"/>
        </w:rPr>
        <w:t>….</w:t>
      </w:r>
    </w:p>
    <w:p w14:paraId="3FC1E7E2" w14:textId="6E5F1821" w:rsidR="00321617" w:rsidRDefault="00321617" w:rsidP="00321617">
      <w:pPr>
        <w:tabs>
          <w:tab w:val="center" w:pos="5760"/>
        </w:tabs>
        <w:jc w:val="both"/>
        <w:rPr>
          <w:sz w:val="26"/>
          <w:szCs w:val="24"/>
        </w:rPr>
      </w:pPr>
      <w:r>
        <w:rPr>
          <w:sz w:val="26"/>
          <w:szCs w:val="24"/>
        </w:rPr>
        <w:tab/>
      </w:r>
      <w:r w:rsidRPr="0035677A">
        <w:rPr>
          <w:sz w:val="26"/>
          <w:szCs w:val="24"/>
        </w:rPr>
        <w:t>Sinh viên cam kết</w:t>
      </w:r>
    </w:p>
    <w:p w14:paraId="5C211700" w14:textId="5675EFEE" w:rsidR="00321617" w:rsidRPr="0035677A" w:rsidRDefault="00321617" w:rsidP="00321617">
      <w:pPr>
        <w:tabs>
          <w:tab w:val="center" w:pos="5760"/>
        </w:tabs>
        <w:jc w:val="both"/>
        <w:rPr>
          <w:sz w:val="26"/>
          <w:szCs w:val="24"/>
        </w:rPr>
      </w:pPr>
      <w:r>
        <w:rPr>
          <w:sz w:val="26"/>
          <w:szCs w:val="24"/>
        </w:rPr>
        <w:tab/>
      </w:r>
      <w:r w:rsidRPr="0035677A">
        <w:rPr>
          <w:sz w:val="26"/>
          <w:szCs w:val="24"/>
        </w:rPr>
        <w:t>(Ký và ghi rõ họ tên)</w:t>
      </w:r>
    </w:p>
    <w:p w14:paraId="3A9B89BF" w14:textId="2036B8DF" w:rsidR="002207F1" w:rsidRPr="0035677A" w:rsidRDefault="002207F1" w:rsidP="00321617">
      <w:pPr>
        <w:jc w:val="both"/>
        <w:rPr>
          <w:sz w:val="26"/>
          <w:szCs w:val="24"/>
        </w:rPr>
      </w:pPr>
    </w:p>
    <w:sectPr w:rsidR="002207F1" w:rsidRPr="0035677A" w:rsidSect="00E30E06">
      <w:pgSz w:w="12240" w:h="15840"/>
      <w:pgMar w:top="72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07F1"/>
    <w:rsid w:val="0029639D"/>
    <w:rsid w:val="00321617"/>
    <w:rsid w:val="00326F90"/>
    <w:rsid w:val="0035677A"/>
    <w:rsid w:val="00440B2A"/>
    <w:rsid w:val="00620293"/>
    <w:rsid w:val="006A28B0"/>
    <w:rsid w:val="00AA1C88"/>
    <w:rsid w:val="00AA1D8D"/>
    <w:rsid w:val="00B47730"/>
    <w:rsid w:val="00CB0664"/>
    <w:rsid w:val="00D640E2"/>
    <w:rsid w:val="00DB72B9"/>
    <w:rsid w:val="00E30E06"/>
    <w:rsid w:val="00F45C9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E4914"/>
  <w14:defaultImageDpi w14:val="300"/>
  <w15:docId w15:val="{59FC63A3-AC3D-479D-9BC4-BC32D834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8</cp:revision>
  <dcterms:created xsi:type="dcterms:W3CDTF">2013-12-23T23:15:00Z</dcterms:created>
  <dcterms:modified xsi:type="dcterms:W3CDTF">2025-08-27T03:38:00Z</dcterms:modified>
  <cp:category/>
</cp:coreProperties>
</file>